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96EB" w14:textId="77777777" w:rsidR="000F04DD" w:rsidRDefault="00B84655">
      <w:pPr>
        <w:pStyle w:val="Kop1"/>
      </w:pPr>
      <w:r>
        <w:t>Eetdagboek – 3 dagen (incl. 1 weekenddag)</w:t>
      </w:r>
    </w:p>
    <w:p w14:paraId="08B98C37" w14:textId="77777777" w:rsidR="000F04DD" w:rsidRDefault="00B84655">
      <w:r>
        <w:t>Naam: ____________________________</w:t>
      </w:r>
    </w:p>
    <w:p w14:paraId="5144E176" w14:textId="77777777" w:rsidR="000F04DD" w:rsidRDefault="00B84655">
      <w:r>
        <w:t>Periode (data): ____ / ____ / ______ t/m ____ / ____ / ______</w:t>
      </w:r>
    </w:p>
    <w:p w14:paraId="5A8A50A5" w14:textId="77777777" w:rsidR="000F04DD" w:rsidRDefault="00B84655">
      <w:r>
        <w:t>Doel van dit eetdagboek: inzicht krijgen in jouw eetpatroon, momenten en behoeften (zonder oordeel).</w:t>
      </w:r>
    </w:p>
    <w:p w14:paraId="0744AF8C" w14:textId="77777777" w:rsidR="000F04DD" w:rsidRDefault="00B84655">
      <w:pPr>
        <w:pStyle w:val="Kop2"/>
      </w:pPr>
      <w:r>
        <w:t>Zo vul je het in</w:t>
      </w:r>
    </w:p>
    <w:p w14:paraId="710F4D05" w14:textId="77777777" w:rsidR="000F04DD" w:rsidRDefault="00B84655">
      <w:pPr>
        <w:pStyle w:val="Lijstopsomteken"/>
      </w:pPr>
      <w:r>
        <w:t>Noteer alles wat je eet en drinkt (ook kleine hapjes, sauzen, olie, alcohol).</w:t>
      </w:r>
    </w:p>
    <w:p w14:paraId="730ABDBD" w14:textId="77777777" w:rsidR="000F04DD" w:rsidRDefault="00B84655">
      <w:pPr>
        <w:pStyle w:val="Lijstopsomteken"/>
      </w:pPr>
      <w:r>
        <w:t>Schrijf hoe laat je iets neemt en waar je bent.</w:t>
      </w:r>
    </w:p>
    <w:p w14:paraId="7E1DDE7D" w14:textId="77777777" w:rsidR="000F04DD" w:rsidRDefault="00B84655">
      <w:pPr>
        <w:pStyle w:val="Lijstopsomteken"/>
      </w:pPr>
      <w:r>
        <w:t>Noteer hoeveel (bijv. 2 boterhammen, 1 handje noten, 250 ml, 1 glas wijn).</w:t>
      </w:r>
    </w:p>
    <w:p w14:paraId="5AED51BA" w14:textId="77777777" w:rsidR="000F04DD" w:rsidRDefault="00B84655">
      <w:pPr>
        <w:pStyle w:val="Lijstopsomteken"/>
      </w:pPr>
      <w:r>
        <w:t>Geef je honger aan vóór en na (0–10).</w:t>
      </w:r>
    </w:p>
    <w:p w14:paraId="5D653133" w14:textId="77777777" w:rsidR="000F04DD" w:rsidRDefault="00B84655">
      <w:pPr>
        <w:pStyle w:val="Lijstopsomteken"/>
      </w:pPr>
      <w:r>
        <w:t>Noteer kort je gevoel/stress/energie (0–10) en eventuele triggers.</w:t>
      </w:r>
    </w:p>
    <w:p w14:paraId="0E1D4932" w14:textId="77777777" w:rsidR="000F04DD" w:rsidRDefault="00B84655">
      <w:pPr>
        <w:pStyle w:val="Lijstopsomteken"/>
      </w:pPr>
      <w:r>
        <w:t>Kies 2 doordeweekse dagen + 1 weekenddag.</w:t>
      </w:r>
    </w:p>
    <w:p w14:paraId="148DCA93" w14:textId="77777777" w:rsidR="000F04DD" w:rsidRDefault="00B84655">
      <w:r>
        <w:br w:type="page"/>
      </w:r>
    </w:p>
    <w:p w14:paraId="1EA120DA" w14:textId="77777777" w:rsidR="000F04DD" w:rsidRDefault="00B84655">
      <w:pPr>
        <w:pStyle w:val="Kop2"/>
      </w:pPr>
      <w:r>
        <w:lastRenderedPageBreak/>
        <w:t>Dag 1 (doordeweeks) – Datum: ____ / ____ / 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63"/>
        <w:gridCol w:w="798"/>
        <w:gridCol w:w="795"/>
        <w:gridCol w:w="879"/>
        <w:gridCol w:w="689"/>
        <w:gridCol w:w="689"/>
        <w:gridCol w:w="1650"/>
        <w:gridCol w:w="1277"/>
      </w:tblGrid>
      <w:tr w:rsidR="000F04DD" w14:paraId="3B27ABF0" w14:textId="77777777">
        <w:tc>
          <w:tcPr>
            <w:tcW w:w="1080" w:type="dxa"/>
          </w:tcPr>
          <w:p w14:paraId="26760E8F" w14:textId="77777777" w:rsidR="000F04DD" w:rsidRDefault="00B84655">
            <w:r>
              <w:t>Tijd</w:t>
            </w:r>
          </w:p>
        </w:tc>
        <w:tc>
          <w:tcPr>
            <w:tcW w:w="1080" w:type="dxa"/>
          </w:tcPr>
          <w:p w14:paraId="1A1942BE" w14:textId="77777777" w:rsidR="000F04DD" w:rsidRDefault="00B84655">
            <w:r>
              <w:t>Wat at/dronk je?</w:t>
            </w:r>
          </w:p>
        </w:tc>
        <w:tc>
          <w:tcPr>
            <w:tcW w:w="1080" w:type="dxa"/>
          </w:tcPr>
          <w:p w14:paraId="56222EBE" w14:textId="77777777" w:rsidR="000F04DD" w:rsidRDefault="00B84655">
            <w:r>
              <w:t>Hoeveel?</w:t>
            </w:r>
          </w:p>
        </w:tc>
        <w:tc>
          <w:tcPr>
            <w:tcW w:w="1080" w:type="dxa"/>
          </w:tcPr>
          <w:p w14:paraId="7867FFF1" w14:textId="77777777" w:rsidR="000F04DD" w:rsidRDefault="00B84655">
            <w:r>
              <w:t>Waar/Met wie?</w:t>
            </w:r>
          </w:p>
        </w:tc>
        <w:tc>
          <w:tcPr>
            <w:tcW w:w="1080" w:type="dxa"/>
          </w:tcPr>
          <w:p w14:paraId="48D2C759" w14:textId="77777777" w:rsidR="000F04DD" w:rsidRDefault="00B84655">
            <w:r>
              <w:t>Honger vóór (0–10)</w:t>
            </w:r>
          </w:p>
        </w:tc>
        <w:tc>
          <w:tcPr>
            <w:tcW w:w="1080" w:type="dxa"/>
          </w:tcPr>
          <w:p w14:paraId="5936727A" w14:textId="77777777" w:rsidR="000F04DD" w:rsidRDefault="00B84655">
            <w:r>
              <w:t>Honger na (0–10)</w:t>
            </w:r>
          </w:p>
        </w:tc>
        <w:tc>
          <w:tcPr>
            <w:tcW w:w="1080" w:type="dxa"/>
          </w:tcPr>
          <w:p w14:paraId="18D2A7A9" w14:textId="77777777" w:rsidR="000F04DD" w:rsidRDefault="00B84655">
            <w:r>
              <w:t>Gevoel/energie/stress (0–10)</w:t>
            </w:r>
          </w:p>
        </w:tc>
        <w:tc>
          <w:tcPr>
            <w:tcW w:w="1080" w:type="dxa"/>
          </w:tcPr>
          <w:p w14:paraId="6476C31A" w14:textId="77777777" w:rsidR="000F04DD" w:rsidRDefault="00B84655">
            <w:r>
              <w:t>Opmerking (trek, cravings, emoties, bijzonderheden)</w:t>
            </w:r>
          </w:p>
        </w:tc>
      </w:tr>
      <w:tr w:rsidR="000F04DD" w14:paraId="59AAE68A" w14:textId="77777777">
        <w:tc>
          <w:tcPr>
            <w:tcW w:w="1080" w:type="dxa"/>
          </w:tcPr>
          <w:p w14:paraId="7BFBFAD0" w14:textId="77777777" w:rsidR="000F04DD" w:rsidRDefault="00B84655">
            <w:r>
              <w:t>Ontbijt</w:t>
            </w:r>
          </w:p>
        </w:tc>
        <w:tc>
          <w:tcPr>
            <w:tcW w:w="1080" w:type="dxa"/>
          </w:tcPr>
          <w:p w14:paraId="0CD1FB98" w14:textId="77777777" w:rsidR="000F04DD" w:rsidRDefault="000F04DD"/>
        </w:tc>
        <w:tc>
          <w:tcPr>
            <w:tcW w:w="1080" w:type="dxa"/>
          </w:tcPr>
          <w:p w14:paraId="6EADBDC6" w14:textId="77777777" w:rsidR="000F04DD" w:rsidRDefault="000F04DD"/>
        </w:tc>
        <w:tc>
          <w:tcPr>
            <w:tcW w:w="1080" w:type="dxa"/>
          </w:tcPr>
          <w:p w14:paraId="1A5640AE" w14:textId="77777777" w:rsidR="000F04DD" w:rsidRDefault="000F04DD"/>
        </w:tc>
        <w:tc>
          <w:tcPr>
            <w:tcW w:w="1080" w:type="dxa"/>
          </w:tcPr>
          <w:p w14:paraId="79FC0E7A" w14:textId="77777777" w:rsidR="000F04DD" w:rsidRDefault="000F04DD"/>
        </w:tc>
        <w:tc>
          <w:tcPr>
            <w:tcW w:w="1080" w:type="dxa"/>
          </w:tcPr>
          <w:p w14:paraId="55C45229" w14:textId="77777777" w:rsidR="000F04DD" w:rsidRDefault="000F04DD"/>
        </w:tc>
        <w:tc>
          <w:tcPr>
            <w:tcW w:w="1080" w:type="dxa"/>
          </w:tcPr>
          <w:p w14:paraId="6790C1D7" w14:textId="77777777" w:rsidR="000F04DD" w:rsidRDefault="000F04DD"/>
        </w:tc>
        <w:tc>
          <w:tcPr>
            <w:tcW w:w="1080" w:type="dxa"/>
          </w:tcPr>
          <w:p w14:paraId="376931DE" w14:textId="77777777" w:rsidR="000F04DD" w:rsidRDefault="000F04DD"/>
        </w:tc>
      </w:tr>
      <w:tr w:rsidR="000F04DD" w14:paraId="44D9D155" w14:textId="77777777">
        <w:tc>
          <w:tcPr>
            <w:tcW w:w="1080" w:type="dxa"/>
          </w:tcPr>
          <w:p w14:paraId="0C5B349F" w14:textId="77777777" w:rsidR="000F04DD" w:rsidRDefault="00B84655">
            <w:r>
              <w:t>Tussendoor</w:t>
            </w:r>
          </w:p>
        </w:tc>
        <w:tc>
          <w:tcPr>
            <w:tcW w:w="1080" w:type="dxa"/>
          </w:tcPr>
          <w:p w14:paraId="21FE6E3D" w14:textId="77777777" w:rsidR="000F04DD" w:rsidRDefault="000F04DD"/>
        </w:tc>
        <w:tc>
          <w:tcPr>
            <w:tcW w:w="1080" w:type="dxa"/>
          </w:tcPr>
          <w:p w14:paraId="38D7CFA9" w14:textId="77777777" w:rsidR="000F04DD" w:rsidRDefault="000F04DD"/>
        </w:tc>
        <w:tc>
          <w:tcPr>
            <w:tcW w:w="1080" w:type="dxa"/>
          </w:tcPr>
          <w:p w14:paraId="4A465465" w14:textId="77777777" w:rsidR="000F04DD" w:rsidRDefault="000F04DD"/>
        </w:tc>
        <w:tc>
          <w:tcPr>
            <w:tcW w:w="1080" w:type="dxa"/>
          </w:tcPr>
          <w:p w14:paraId="072083E8" w14:textId="77777777" w:rsidR="000F04DD" w:rsidRDefault="000F04DD"/>
        </w:tc>
        <w:tc>
          <w:tcPr>
            <w:tcW w:w="1080" w:type="dxa"/>
          </w:tcPr>
          <w:p w14:paraId="05710D43" w14:textId="77777777" w:rsidR="000F04DD" w:rsidRDefault="000F04DD"/>
        </w:tc>
        <w:tc>
          <w:tcPr>
            <w:tcW w:w="1080" w:type="dxa"/>
          </w:tcPr>
          <w:p w14:paraId="5D167CBC" w14:textId="77777777" w:rsidR="000F04DD" w:rsidRDefault="000F04DD"/>
        </w:tc>
        <w:tc>
          <w:tcPr>
            <w:tcW w:w="1080" w:type="dxa"/>
          </w:tcPr>
          <w:p w14:paraId="42BC1762" w14:textId="77777777" w:rsidR="000F04DD" w:rsidRDefault="000F04DD"/>
        </w:tc>
      </w:tr>
      <w:tr w:rsidR="000F04DD" w14:paraId="38F9CAEE" w14:textId="77777777">
        <w:tc>
          <w:tcPr>
            <w:tcW w:w="1080" w:type="dxa"/>
          </w:tcPr>
          <w:p w14:paraId="734095B3" w14:textId="77777777" w:rsidR="000F04DD" w:rsidRDefault="00B84655">
            <w:r>
              <w:t>Lunch</w:t>
            </w:r>
          </w:p>
        </w:tc>
        <w:tc>
          <w:tcPr>
            <w:tcW w:w="1080" w:type="dxa"/>
          </w:tcPr>
          <w:p w14:paraId="0FBBDC7B" w14:textId="77777777" w:rsidR="000F04DD" w:rsidRDefault="000F04DD"/>
        </w:tc>
        <w:tc>
          <w:tcPr>
            <w:tcW w:w="1080" w:type="dxa"/>
          </w:tcPr>
          <w:p w14:paraId="35061641" w14:textId="77777777" w:rsidR="000F04DD" w:rsidRDefault="000F04DD"/>
        </w:tc>
        <w:tc>
          <w:tcPr>
            <w:tcW w:w="1080" w:type="dxa"/>
          </w:tcPr>
          <w:p w14:paraId="45907E99" w14:textId="77777777" w:rsidR="000F04DD" w:rsidRDefault="000F04DD"/>
        </w:tc>
        <w:tc>
          <w:tcPr>
            <w:tcW w:w="1080" w:type="dxa"/>
          </w:tcPr>
          <w:p w14:paraId="53559C42" w14:textId="77777777" w:rsidR="000F04DD" w:rsidRDefault="000F04DD"/>
        </w:tc>
        <w:tc>
          <w:tcPr>
            <w:tcW w:w="1080" w:type="dxa"/>
          </w:tcPr>
          <w:p w14:paraId="1658604D" w14:textId="77777777" w:rsidR="000F04DD" w:rsidRDefault="000F04DD"/>
        </w:tc>
        <w:tc>
          <w:tcPr>
            <w:tcW w:w="1080" w:type="dxa"/>
          </w:tcPr>
          <w:p w14:paraId="57733905" w14:textId="77777777" w:rsidR="000F04DD" w:rsidRDefault="000F04DD"/>
        </w:tc>
        <w:tc>
          <w:tcPr>
            <w:tcW w:w="1080" w:type="dxa"/>
          </w:tcPr>
          <w:p w14:paraId="7A5F66DB" w14:textId="77777777" w:rsidR="000F04DD" w:rsidRDefault="000F04DD"/>
        </w:tc>
      </w:tr>
      <w:tr w:rsidR="000F04DD" w14:paraId="5F4A3886" w14:textId="77777777">
        <w:tc>
          <w:tcPr>
            <w:tcW w:w="1080" w:type="dxa"/>
          </w:tcPr>
          <w:p w14:paraId="61EAF18A" w14:textId="77777777" w:rsidR="000F04DD" w:rsidRDefault="00B84655">
            <w:r>
              <w:t>Tussendoor</w:t>
            </w:r>
          </w:p>
        </w:tc>
        <w:tc>
          <w:tcPr>
            <w:tcW w:w="1080" w:type="dxa"/>
          </w:tcPr>
          <w:p w14:paraId="0D411640" w14:textId="77777777" w:rsidR="000F04DD" w:rsidRDefault="000F04DD"/>
        </w:tc>
        <w:tc>
          <w:tcPr>
            <w:tcW w:w="1080" w:type="dxa"/>
          </w:tcPr>
          <w:p w14:paraId="14FF43EF" w14:textId="77777777" w:rsidR="000F04DD" w:rsidRDefault="000F04DD"/>
        </w:tc>
        <w:tc>
          <w:tcPr>
            <w:tcW w:w="1080" w:type="dxa"/>
          </w:tcPr>
          <w:p w14:paraId="1FDDE185" w14:textId="77777777" w:rsidR="000F04DD" w:rsidRDefault="000F04DD"/>
        </w:tc>
        <w:tc>
          <w:tcPr>
            <w:tcW w:w="1080" w:type="dxa"/>
          </w:tcPr>
          <w:p w14:paraId="1E217FEA" w14:textId="77777777" w:rsidR="000F04DD" w:rsidRDefault="000F04DD"/>
        </w:tc>
        <w:tc>
          <w:tcPr>
            <w:tcW w:w="1080" w:type="dxa"/>
          </w:tcPr>
          <w:p w14:paraId="0634EA42" w14:textId="77777777" w:rsidR="000F04DD" w:rsidRDefault="000F04DD"/>
        </w:tc>
        <w:tc>
          <w:tcPr>
            <w:tcW w:w="1080" w:type="dxa"/>
          </w:tcPr>
          <w:p w14:paraId="370BACEF" w14:textId="77777777" w:rsidR="000F04DD" w:rsidRDefault="000F04DD"/>
        </w:tc>
        <w:tc>
          <w:tcPr>
            <w:tcW w:w="1080" w:type="dxa"/>
          </w:tcPr>
          <w:p w14:paraId="55F62730" w14:textId="77777777" w:rsidR="000F04DD" w:rsidRDefault="000F04DD"/>
        </w:tc>
      </w:tr>
      <w:tr w:rsidR="000F04DD" w14:paraId="40ED3D5E" w14:textId="77777777">
        <w:tc>
          <w:tcPr>
            <w:tcW w:w="1080" w:type="dxa"/>
          </w:tcPr>
          <w:p w14:paraId="3D674F96" w14:textId="77777777" w:rsidR="000F04DD" w:rsidRDefault="00B84655">
            <w:r>
              <w:t>Diner</w:t>
            </w:r>
          </w:p>
        </w:tc>
        <w:tc>
          <w:tcPr>
            <w:tcW w:w="1080" w:type="dxa"/>
          </w:tcPr>
          <w:p w14:paraId="3F64FE57" w14:textId="77777777" w:rsidR="000F04DD" w:rsidRDefault="000F04DD"/>
        </w:tc>
        <w:tc>
          <w:tcPr>
            <w:tcW w:w="1080" w:type="dxa"/>
          </w:tcPr>
          <w:p w14:paraId="207E2912" w14:textId="77777777" w:rsidR="000F04DD" w:rsidRDefault="000F04DD"/>
        </w:tc>
        <w:tc>
          <w:tcPr>
            <w:tcW w:w="1080" w:type="dxa"/>
          </w:tcPr>
          <w:p w14:paraId="22FA6CBC" w14:textId="77777777" w:rsidR="000F04DD" w:rsidRDefault="000F04DD"/>
        </w:tc>
        <w:tc>
          <w:tcPr>
            <w:tcW w:w="1080" w:type="dxa"/>
          </w:tcPr>
          <w:p w14:paraId="7C2A2FED" w14:textId="77777777" w:rsidR="000F04DD" w:rsidRDefault="000F04DD"/>
        </w:tc>
        <w:tc>
          <w:tcPr>
            <w:tcW w:w="1080" w:type="dxa"/>
          </w:tcPr>
          <w:p w14:paraId="797D89CF" w14:textId="77777777" w:rsidR="000F04DD" w:rsidRDefault="000F04DD"/>
        </w:tc>
        <w:tc>
          <w:tcPr>
            <w:tcW w:w="1080" w:type="dxa"/>
          </w:tcPr>
          <w:p w14:paraId="601CCDFF" w14:textId="77777777" w:rsidR="000F04DD" w:rsidRDefault="000F04DD"/>
        </w:tc>
        <w:tc>
          <w:tcPr>
            <w:tcW w:w="1080" w:type="dxa"/>
          </w:tcPr>
          <w:p w14:paraId="4C179CF5" w14:textId="77777777" w:rsidR="000F04DD" w:rsidRDefault="000F04DD"/>
        </w:tc>
      </w:tr>
      <w:tr w:rsidR="000F04DD" w14:paraId="105FE1A0" w14:textId="77777777">
        <w:tc>
          <w:tcPr>
            <w:tcW w:w="1080" w:type="dxa"/>
          </w:tcPr>
          <w:p w14:paraId="68581B3C" w14:textId="77777777" w:rsidR="000F04DD" w:rsidRDefault="00B84655">
            <w:r>
              <w:t>Avond/snack</w:t>
            </w:r>
          </w:p>
        </w:tc>
        <w:tc>
          <w:tcPr>
            <w:tcW w:w="1080" w:type="dxa"/>
          </w:tcPr>
          <w:p w14:paraId="1719AFB4" w14:textId="77777777" w:rsidR="000F04DD" w:rsidRDefault="000F04DD"/>
        </w:tc>
        <w:tc>
          <w:tcPr>
            <w:tcW w:w="1080" w:type="dxa"/>
          </w:tcPr>
          <w:p w14:paraId="4F765D3D" w14:textId="77777777" w:rsidR="000F04DD" w:rsidRDefault="000F04DD"/>
        </w:tc>
        <w:tc>
          <w:tcPr>
            <w:tcW w:w="1080" w:type="dxa"/>
          </w:tcPr>
          <w:p w14:paraId="0AE3C6A1" w14:textId="77777777" w:rsidR="000F04DD" w:rsidRDefault="000F04DD"/>
        </w:tc>
        <w:tc>
          <w:tcPr>
            <w:tcW w:w="1080" w:type="dxa"/>
          </w:tcPr>
          <w:p w14:paraId="5F47BD51" w14:textId="77777777" w:rsidR="000F04DD" w:rsidRDefault="000F04DD"/>
        </w:tc>
        <w:tc>
          <w:tcPr>
            <w:tcW w:w="1080" w:type="dxa"/>
          </w:tcPr>
          <w:p w14:paraId="5E36BA6B" w14:textId="77777777" w:rsidR="000F04DD" w:rsidRDefault="000F04DD"/>
        </w:tc>
        <w:tc>
          <w:tcPr>
            <w:tcW w:w="1080" w:type="dxa"/>
          </w:tcPr>
          <w:p w14:paraId="749A8D95" w14:textId="77777777" w:rsidR="000F04DD" w:rsidRDefault="000F04DD"/>
        </w:tc>
        <w:tc>
          <w:tcPr>
            <w:tcW w:w="1080" w:type="dxa"/>
          </w:tcPr>
          <w:p w14:paraId="683690DA" w14:textId="77777777" w:rsidR="000F04DD" w:rsidRDefault="000F04DD"/>
        </w:tc>
      </w:tr>
      <w:tr w:rsidR="000F04DD" w14:paraId="790E4BD4" w14:textId="77777777">
        <w:tc>
          <w:tcPr>
            <w:tcW w:w="1080" w:type="dxa"/>
          </w:tcPr>
          <w:p w14:paraId="495F7637" w14:textId="77777777" w:rsidR="000F04DD" w:rsidRDefault="00B84655">
            <w:r>
              <w:t>Overig (koffie/thee/fris/alcohol)</w:t>
            </w:r>
          </w:p>
        </w:tc>
        <w:tc>
          <w:tcPr>
            <w:tcW w:w="1080" w:type="dxa"/>
          </w:tcPr>
          <w:p w14:paraId="6E46F392" w14:textId="77777777" w:rsidR="000F04DD" w:rsidRDefault="000F04DD"/>
        </w:tc>
        <w:tc>
          <w:tcPr>
            <w:tcW w:w="1080" w:type="dxa"/>
          </w:tcPr>
          <w:p w14:paraId="32FB0ED8" w14:textId="77777777" w:rsidR="000F04DD" w:rsidRDefault="000F04DD"/>
        </w:tc>
        <w:tc>
          <w:tcPr>
            <w:tcW w:w="1080" w:type="dxa"/>
          </w:tcPr>
          <w:p w14:paraId="64753009" w14:textId="77777777" w:rsidR="000F04DD" w:rsidRDefault="000F04DD"/>
        </w:tc>
        <w:tc>
          <w:tcPr>
            <w:tcW w:w="1080" w:type="dxa"/>
          </w:tcPr>
          <w:p w14:paraId="7EC0B29D" w14:textId="77777777" w:rsidR="000F04DD" w:rsidRDefault="000F04DD"/>
        </w:tc>
        <w:tc>
          <w:tcPr>
            <w:tcW w:w="1080" w:type="dxa"/>
          </w:tcPr>
          <w:p w14:paraId="41914013" w14:textId="77777777" w:rsidR="000F04DD" w:rsidRDefault="000F04DD"/>
        </w:tc>
        <w:tc>
          <w:tcPr>
            <w:tcW w:w="1080" w:type="dxa"/>
          </w:tcPr>
          <w:p w14:paraId="7C53E94C" w14:textId="77777777" w:rsidR="000F04DD" w:rsidRDefault="000F04DD"/>
        </w:tc>
        <w:tc>
          <w:tcPr>
            <w:tcW w:w="1080" w:type="dxa"/>
          </w:tcPr>
          <w:p w14:paraId="3A2A04FE" w14:textId="77777777" w:rsidR="000F04DD" w:rsidRDefault="000F04DD"/>
        </w:tc>
      </w:tr>
    </w:tbl>
    <w:p w14:paraId="347FEFC3" w14:textId="77777777" w:rsidR="000F04DD" w:rsidRDefault="00B84655">
      <w:r>
        <w:t>Beweging (kort): ________________________________________________</w:t>
      </w:r>
    </w:p>
    <w:p w14:paraId="2B1DED79" w14:textId="77777777" w:rsidR="000F04DD" w:rsidRDefault="00B84655">
      <w:r>
        <w:t>Slaap (uren + kwaliteit 0–10): _________________________________</w:t>
      </w:r>
    </w:p>
    <w:p w14:paraId="362C086F" w14:textId="77777777" w:rsidR="000F04DD" w:rsidRDefault="00B84655">
      <w:r>
        <w:br w:type="page"/>
      </w:r>
    </w:p>
    <w:p w14:paraId="524C5D1F" w14:textId="77777777" w:rsidR="000F04DD" w:rsidRDefault="00B84655">
      <w:pPr>
        <w:pStyle w:val="Kop2"/>
      </w:pPr>
      <w:r>
        <w:lastRenderedPageBreak/>
        <w:t>Dag 2 (doordeweeks) – Datum: ____ / ____ / 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63"/>
        <w:gridCol w:w="798"/>
        <w:gridCol w:w="795"/>
        <w:gridCol w:w="879"/>
        <w:gridCol w:w="689"/>
        <w:gridCol w:w="689"/>
        <w:gridCol w:w="1650"/>
        <w:gridCol w:w="1277"/>
      </w:tblGrid>
      <w:tr w:rsidR="000F04DD" w14:paraId="5C1DEFDD" w14:textId="77777777">
        <w:tc>
          <w:tcPr>
            <w:tcW w:w="1080" w:type="dxa"/>
          </w:tcPr>
          <w:p w14:paraId="569D3D16" w14:textId="77777777" w:rsidR="000F04DD" w:rsidRDefault="00B84655">
            <w:r>
              <w:t>Tijd</w:t>
            </w:r>
          </w:p>
        </w:tc>
        <w:tc>
          <w:tcPr>
            <w:tcW w:w="1080" w:type="dxa"/>
          </w:tcPr>
          <w:p w14:paraId="693D5220" w14:textId="77777777" w:rsidR="000F04DD" w:rsidRDefault="00B84655">
            <w:r>
              <w:t>Wat at/dronk je?</w:t>
            </w:r>
          </w:p>
        </w:tc>
        <w:tc>
          <w:tcPr>
            <w:tcW w:w="1080" w:type="dxa"/>
          </w:tcPr>
          <w:p w14:paraId="70848D5C" w14:textId="77777777" w:rsidR="000F04DD" w:rsidRDefault="00B84655">
            <w:r>
              <w:t>Hoeveel?</w:t>
            </w:r>
          </w:p>
        </w:tc>
        <w:tc>
          <w:tcPr>
            <w:tcW w:w="1080" w:type="dxa"/>
          </w:tcPr>
          <w:p w14:paraId="282FE64E" w14:textId="77777777" w:rsidR="000F04DD" w:rsidRDefault="00B84655">
            <w:r>
              <w:t>Waar/Met wie?</w:t>
            </w:r>
          </w:p>
        </w:tc>
        <w:tc>
          <w:tcPr>
            <w:tcW w:w="1080" w:type="dxa"/>
          </w:tcPr>
          <w:p w14:paraId="50A2F6C2" w14:textId="77777777" w:rsidR="000F04DD" w:rsidRDefault="00B84655">
            <w:r>
              <w:t>Honger vóór (0–10)</w:t>
            </w:r>
          </w:p>
        </w:tc>
        <w:tc>
          <w:tcPr>
            <w:tcW w:w="1080" w:type="dxa"/>
          </w:tcPr>
          <w:p w14:paraId="16E141B4" w14:textId="77777777" w:rsidR="000F04DD" w:rsidRDefault="00B84655">
            <w:r>
              <w:t>Honger na (0–10)</w:t>
            </w:r>
          </w:p>
        </w:tc>
        <w:tc>
          <w:tcPr>
            <w:tcW w:w="1080" w:type="dxa"/>
          </w:tcPr>
          <w:p w14:paraId="5AA245F8" w14:textId="77777777" w:rsidR="000F04DD" w:rsidRDefault="00B84655">
            <w:r>
              <w:t>Gevoel/energie/stress (0–10)</w:t>
            </w:r>
          </w:p>
        </w:tc>
        <w:tc>
          <w:tcPr>
            <w:tcW w:w="1080" w:type="dxa"/>
          </w:tcPr>
          <w:p w14:paraId="1E63220C" w14:textId="77777777" w:rsidR="000F04DD" w:rsidRDefault="00B84655">
            <w:r>
              <w:t>Opmerking (trek, cravings, emoties, bijzonderheden)</w:t>
            </w:r>
          </w:p>
        </w:tc>
      </w:tr>
      <w:tr w:rsidR="000F04DD" w14:paraId="732D55AD" w14:textId="77777777">
        <w:tc>
          <w:tcPr>
            <w:tcW w:w="1080" w:type="dxa"/>
          </w:tcPr>
          <w:p w14:paraId="0387D265" w14:textId="77777777" w:rsidR="000F04DD" w:rsidRDefault="00B84655">
            <w:r>
              <w:t>Ontbijt</w:t>
            </w:r>
          </w:p>
        </w:tc>
        <w:tc>
          <w:tcPr>
            <w:tcW w:w="1080" w:type="dxa"/>
          </w:tcPr>
          <w:p w14:paraId="0C9F2FC1" w14:textId="77777777" w:rsidR="000F04DD" w:rsidRDefault="000F04DD"/>
        </w:tc>
        <w:tc>
          <w:tcPr>
            <w:tcW w:w="1080" w:type="dxa"/>
          </w:tcPr>
          <w:p w14:paraId="51F7C864" w14:textId="77777777" w:rsidR="000F04DD" w:rsidRDefault="000F04DD"/>
        </w:tc>
        <w:tc>
          <w:tcPr>
            <w:tcW w:w="1080" w:type="dxa"/>
          </w:tcPr>
          <w:p w14:paraId="29CF96E5" w14:textId="77777777" w:rsidR="000F04DD" w:rsidRDefault="000F04DD"/>
        </w:tc>
        <w:tc>
          <w:tcPr>
            <w:tcW w:w="1080" w:type="dxa"/>
          </w:tcPr>
          <w:p w14:paraId="1BDC9E9E" w14:textId="77777777" w:rsidR="000F04DD" w:rsidRDefault="000F04DD"/>
        </w:tc>
        <w:tc>
          <w:tcPr>
            <w:tcW w:w="1080" w:type="dxa"/>
          </w:tcPr>
          <w:p w14:paraId="79BDDB8D" w14:textId="77777777" w:rsidR="000F04DD" w:rsidRDefault="000F04DD"/>
        </w:tc>
        <w:tc>
          <w:tcPr>
            <w:tcW w:w="1080" w:type="dxa"/>
          </w:tcPr>
          <w:p w14:paraId="039CAD5B" w14:textId="77777777" w:rsidR="000F04DD" w:rsidRDefault="000F04DD"/>
        </w:tc>
        <w:tc>
          <w:tcPr>
            <w:tcW w:w="1080" w:type="dxa"/>
          </w:tcPr>
          <w:p w14:paraId="2CB33CB9" w14:textId="77777777" w:rsidR="000F04DD" w:rsidRDefault="000F04DD"/>
        </w:tc>
      </w:tr>
      <w:tr w:rsidR="000F04DD" w14:paraId="2EF5B309" w14:textId="77777777">
        <w:tc>
          <w:tcPr>
            <w:tcW w:w="1080" w:type="dxa"/>
          </w:tcPr>
          <w:p w14:paraId="2D3CD133" w14:textId="77777777" w:rsidR="000F04DD" w:rsidRDefault="00B84655">
            <w:r>
              <w:t>Tussendoor</w:t>
            </w:r>
          </w:p>
        </w:tc>
        <w:tc>
          <w:tcPr>
            <w:tcW w:w="1080" w:type="dxa"/>
          </w:tcPr>
          <w:p w14:paraId="1132550A" w14:textId="77777777" w:rsidR="000F04DD" w:rsidRDefault="000F04DD"/>
        </w:tc>
        <w:tc>
          <w:tcPr>
            <w:tcW w:w="1080" w:type="dxa"/>
          </w:tcPr>
          <w:p w14:paraId="52F52D5C" w14:textId="77777777" w:rsidR="000F04DD" w:rsidRDefault="000F04DD"/>
        </w:tc>
        <w:tc>
          <w:tcPr>
            <w:tcW w:w="1080" w:type="dxa"/>
          </w:tcPr>
          <w:p w14:paraId="22D9FC43" w14:textId="77777777" w:rsidR="000F04DD" w:rsidRDefault="000F04DD"/>
        </w:tc>
        <w:tc>
          <w:tcPr>
            <w:tcW w:w="1080" w:type="dxa"/>
          </w:tcPr>
          <w:p w14:paraId="1FAF6804" w14:textId="77777777" w:rsidR="000F04DD" w:rsidRDefault="000F04DD"/>
        </w:tc>
        <w:tc>
          <w:tcPr>
            <w:tcW w:w="1080" w:type="dxa"/>
          </w:tcPr>
          <w:p w14:paraId="2736147B" w14:textId="77777777" w:rsidR="000F04DD" w:rsidRDefault="000F04DD"/>
        </w:tc>
        <w:tc>
          <w:tcPr>
            <w:tcW w:w="1080" w:type="dxa"/>
          </w:tcPr>
          <w:p w14:paraId="60BC80E8" w14:textId="77777777" w:rsidR="000F04DD" w:rsidRDefault="000F04DD"/>
        </w:tc>
        <w:tc>
          <w:tcPr>
            <w:tcW w:w="1080" w:type="dxa"/>
          </w:tcPr>
          <w:p w14:paraId="3AAA3666" w14:textId="77777777" w:rsidR="000F04DD" w:rsidRDefault="000F04DD"/>
        </w:tc>
      </w:tr>
      <w:tr w:rsidR="000F04DD" w14:paraId="0F65B8B2" w14:textId="77777777">
        <w:tc>
          <w:tcPr>
            <w:tcW w:w="1080" w:type="dxa"/>
          </w:tcPr>
          <w:p w14:paraId="22E21ACA" w14:textId="77777777" w:rsidR="000F04DD" w:rsidRDefault="00B84655">
            <w:r>
              <w:t>Lunch</w:t>
            </w:r>
          </w:p>
        </w:tc>
        <w:tc>
          <w:tcPr>
            <w:tcW w:w="1080" w:type="dxa"/>
          </w:tcPr>
          <w:p w14:paraId="572A8BE7" w14:textId="77777777" w:rsidR="000F04DD" w:rsidRDefault="000F04DD"/>
        </w:tc>
        <w:tc>
          <w:tcPr>
            <w:tcW w:w="1080" w:type="dxa"/>
          </w:tcPr>
          <w:p w14:paraId="1645F290" w14:textId="77777777" w:rsidR="000F04DD" w:rsidRDefault="000F04DD"/>
        </w:tc>
        <w:tc>
          <w:tcPr>
            <w:tcW w:w="1080" w:type="dxa"/>
          </w:tcPr>
          <w:p w14:paraId="14774965" w14:textId="77777777" w:rsidR="000F04DD" w:rsidRDefault="000F04DD"/>
        </w:tc>
        <w:tc>
          <w:tcPr>
            <w:tcW w:w="1080" w:type="dxa"/>
          </w:tcPr>
          <w:p w14:paraId="3F475B51" w14:textId="77777777" w:rsidR="000F04DD" w:rsidRDefault="000F04DD"/>
        </w:tc>
        <w:tc>
          <w:tcPr>
            <w:tcW w:w="1080" w:type="dxa"/>
          </w:tcPr>
          <w:p w14:paraId="2F871209" w14:textId="77777777" w:rsidR="000F04DD" w:rsidRDefault="000F04DD"/>
        </w:tc>
        <w:tc>
          <w:tcPr>
            <w:tcW w:w="1080" w:type="dxa"/>
          </w:tcPr>
          <w:p w14:paraId="6BCBB46A" w14:textId="77777777" w:rsidR="000F04DD" w:rsidRDefault="000F04DD"/>
        </w:tc>
        <w:tc>
          <w:tcPr>
            <w:tcW w:w="1080" w:type="dxa"/>
          </w:tcPr>
          <w:p w14:paraId="00D53BDA" w14:textId="77777777" w:rsidR="000F04DD" w:rsidRDefault="000F04DD"/>
        </w:tc>
      </w:tr>
      <w:tr w:rsidR="000F04DD" w14:paraId="4F5ECC51" w14:textId="77777777">
        <w:tc>
          <w:tcPr>
            <w:tcW w:w="1080" w:type="dxa"/>
          </w:tcPr>
          <w:p w14:paraId="4C6B355E" w14:textId="77777777" w:rsidR="000F04DD" w:rsidRDefault="00B84655">
            <w:r>
              <w:t>Tussendoor</w:t>
            </w:r>
          </w:p>
        </w:tc>
        <w:tc>
          <w:tcPr>
            <w:tcW w:w="1080" w:type="dxa"/>
          </w:tcPr>
          <w:p w14:paraId="47EB3F09" w14:textId="77777777" w:rsidR="000F04DD" w:rsidRDefault="000F04DD"/>
        </w:tc>
        <w:tc>
          <w:tcPr>
            <w:tcW w:w="1080" w:type="dxa"/>
          </w:tcPr>
          <w:p w14:paraId="26DE235F" w14:textId="77777777" w:rsidR="000F04DD" w:rsidRDefault="000F04DD"/>
        </w:tc>
        <w:tc>
          <w:tcPr>
            <w:tcW w:w="1080" w:type="dxa"/>
          </w:tcPr>
          <w:p w14:paraId="32FFCAF4" w14:textId="77777777" w:rsidR="000F04DD" w:rsidRDefault="000F04DD"/>
        </w:tc>
        <w:tc>
          <w:tcPr>
            <w:tcW w:w="1080" w:type="dxa"/>
          </w:tcPr>
          <w:p w14:paraId="1A19CB82" w14:textId="77777777" w:rsidR="000F04DD" w:rsidRDefault="000F04DD"/>
        </w:tc>
        <w:tc>
          <w:tcPr>
            <w:tcW w:w="1080" w:type="dxa"/>
          </w:tcPr>
          <w:p w14:paraId="6AA0FE09" w14:textId="77777777" w:rsidR="000F04DD" w:rsidRDefault="000F04DD"/>
        </w:tc>
        <w:tc>
          <w:tcPr>
            <w:tcW w:w="1080" w:type="dxa"/>
          </w:tcPr>
          <w:p w14:paraId="3D3E87DF" w14:textId="77777777" w:rsidR="000F04DD" w:rsidRDefault="000F04DD"/>
        </w:tc>
        <w:tc>
          <w:tcPr>
            <w:tcW w:w="1080" w:type="dxa"/>
          </w:tcPr>
          <w:p w14:paraId="22EF3F5E" w14:textId="77777777" w:rsidR="000F04DD" w:rsidRDefault="000F04DD"/>
        </w:tc>
      </w:tr>
      <w:tr w:rsidR="000F04DD" w14:paraId="29CF2238" w14:textId="77777777">
        <w:tc>
          <w:tcPr>
            <w:tcW w:w="1080" w:type="dxa"/>
          </w:tcPr>
          <w:p w14:paraId="02D13119" w14:textId="77777777" w:rsidR="000F04DD" w:rsidRDefault="00B84655">
            <w:r>
              <w:t>Diner</w:t>
            </w:r>
          </w:p>
        </w:tc>
        <w:tc>
          <w:tcPr>
            <w:tcW w:w="1080" w:type="dxa"/>
          </w:tcPr>
          <w:p w14:paraId="2E552E40" w14:textId="77777777" w:rsidR="000F04DD" w:rsidRDefault="000F04DD"/>
        </w:tc>
        <w:tc>
          <w:tcPr>
            <w:tcW w:w="1080" w:type="dxa"/>
          </w:tcPr>
          <w:p w14:paraId="14DC2080" w14:textId="77777777" w:rsidR="000F04DD" w:rsidRDefault="000F04DD"/>
        </w:tc>
        <w:tc>
          <w:tcPr>
            <w:tcW w:w="1080" w:type="dxa"/>
          </w:tcPr>
          <w:p w14:paraId="5BD79169" w14:textId="77777777" w:rsidR="000F04DD" w:rsidRDefault="000F04DD"/>
        </w:tc>
        <w:tc>
          <w:tcPr>
            <w:tcW w:w="1080" w:type="dxa"/>
          </w:tcPr>
          <w:p w14:paraId="77F24AD9" w14:textId="77777777" w:rsidR="000F04DD" w:rsidRDefault="000F04DD"/>
        </w:tc>
        <w:tc>
          <w:tcPr>
            <w:tcW w:w="1080" w:type="dxa"/>
          </w:tcPr>
          <w:p w14:paraId="252E61A4" w14:textId="77777777" w:rsidR="000F04DD" w:rsidRDefault="000F04DD"/>
        </w:tc>
        <w:tc>
          <w:tcPr>
            <w:tcW w:w="1080" w:type="dxa"/>
          </w:tcPr>
          <w:p w14:paraId="7F649F53" w14:textId="77777777" w:rsidR="000F04DD" w:rsidRDefault="000F04DD"/>
        </w:tc>
        <w:tc>
          <w:tcPr>
            <w:tcW w:w="1080" w:type="dxa"/>
          </w:tcPr>
          <w:p w14:paraId="52412FAF" w14:textId="77777777" w:rsidR="000F04DD" w:rsidRDefault="000F04DD"/>
        </w:tc>
      </w:tr>
      <w:tr w:rsidR="000F04DD" w14:paraId="4F0C4BE3" w14:textId="77777777">
        <w:tc>
          <w:tcPr>
            <w:tcW w:w="1080" w:type="dxa"/>
          </w:tcPr>
          <w:p w14:paraId="0A60896D" w14:textId="77777777" w:rsidR="000F04DD" w:rsidRDefault="00B84655">
            <w:r>
              <w:t>Avond/snack</w:t>
            </w:r>
          </w:p>
        </w:tc>
        <w:tc>
          <w:tcPr>
            <w:tcW w:w="1080" w:type="dxa"/>
          </w:tcPr>
          <w:p w14:paraId="3484CE39" w14:textId="77777777" w:rsidR="000F04DD" w:rsidRDefault="000F04DD"/>
        </w:tc>
        <w:tc>
          <w:tcPr>
            <w:tcW w:w="1080" w:type="dxa"/>
          </w:tcPr>
          <w:p w14:paraId="65E84050" w14:textId="77777777" w:rsidR="000F04DD" w:rsidRDefault="000F04DD"/>
        </w:tc>
        <w:tc>
          <w:tcPr>
            <w:tcW w:w="1080" w:type="dxa"/>
          </w:tcPr>
          <w:p w14:paraId="19F83493" w14:textId="77777777" w:rsidR="000F04DD" w:rsidRDefault="000F04DD"/>
        </w:tc>
        <w:tc>
          <w:tcPr>
            <w:tcW w:w="1080" w:type="dxa"/>
          </w:tcPr>
          <w:p w14:paraId="6205BA60" w14:textId="77777777" w:rsidR="000F04DD" w:rsidRDefault="000F04DD"/>
        </w:tc>
        <w:tc>
          <w:tcPr>
            <w:tcW w:w="1080" w:type="dxa"/>
          </w:tcPr>
          <w:p w14:paraId="10CBDFF3" w14:textId="77777777" w:rsidR="000F04DD" w:rsidRDefault="000F04DD"/>
        </w:tc>
        <w:tc>
          <w:tcPr>
            <w:tcW w:w="1080" w:type="dxa"/>
          </w:tcPr>
          <w:p w14:paraId="785B3667" w14:textId="77777777" w:rsidR="000F04DD" w:rsidRDefault="000F04DD"/>
        </w:tc>
        <w:tc>
          <w:tcPr>
            <w:tcW w:w="1080" w:type="dxa"/>
          </w:tcPr>
          <w:p w14:paraId="5E431869" w14:textId="77777777" w:rsidR="000F04DD" w:rsidRDefault="000F04DD"/>
        </w:tc>
      </w:tr>
      <w:tr w:rsidR="000F04DD" w14:paraId="1C37AB6A" w14:textId="77777777">
        <w:tc>
          <w:tcPr>
            <w:tcW w:w="1080" w:type="dxa"/>
          </w:tcPr>
          <w:p w14:paraId="25C811D7" w14:textId="77777777" w:rsidR="000F04DD" w:rsidRDefault="00B84655">
            <w:r>
              <w:t>Overig (koffie/thee/fris/alcohol)</w:t>
            </w:r>
          </w:p>
        </w:tc>
        <w:tc>
          <w:tcPr>
            <w:tcW w:w="1080" w:type="dxa"/>
          </w:tcPr>
          <w:p w14:paraId="07613ECC" w14:textId="77777777" w:rsidR="000F04DD" w:rsidRDefault="000F04DD"/>
        </w:tc>
        <w:tc>
          <w:tcPr>
            <w:tcW w:w="1080" w:type="dxa"/>
          </w:tcPr>
          <w:p w14:paraId="38B2DBD8" w14:textId="77777777" w:rsidR="000F04DD" w:rsidRDefault="000F04DD"/>
        </w:tc>
        <w:tc>
          <w:tcPr>
            <w:tcW w:w="1080" w:type="dxa"/>
          </w:tcPr>
          <w:p w14:paraId="40A8CF1A" w14:textId="77777777" w:rsidR="000F04DD" w:rsidRDefault="000F04DD"/>
        </w:tc>
        <w:tc>
          <w:tcPr>
            <w:tcW w:w="1080" w:type="dxa"/>
          </w:tcPr>
          <w:p w14:paraId="271DE5EC" w14:textId="77777777" w:rsidR="000F04DD" w:rsidRDefault="000F04DD"/>
        </w:tc>
        <w:tc>
          <w:tcPr>
            <w:tcW w:w="1080" w:type="dxa"/>
          </w:tcPr>
          <w:p w14:paraId="410A6188" w14:textId="77777777" w:rsidR="000F04DD" w:rsidRDefault="000F04DD"/>
        </w:tc>
        <w:tc>
          <w:tcPr>
            <w:tcW w:w="1080" w:type="dxa"/>
          </w:tcPr>
          <w:p w14:paraId="464C6D3B" w14:textId="77777777" w:rsidR="000F04DD" w:rsidRDefault="000F04DD"/>
        </w:tc>
        <w:tc>
          <w:tcPr>
            <w:tcW w:w="1080" w:type="dxa"/>
          </w:tcPr>
          <w:p w14:paraId="7D074D91" w14:textId="77777777" w:rsidR="000F04DD" w:rsidRDefault="000F04DD"/>
        </w:tc>
      </w:tr>
    </w:tbl>
    <w:p w14:paraId="1EB7BF2D" w14:textId="77777777" w:rsidR="000F04DD" w:rsidRDefault="00B84655">
      <w:r>
        <w:t>Beweging (kort): ________________________________________________</w:t>
      </w:r>
    </w:p>
    <w:p w14:paraId="0A2DE7A2" w14:textId="77777777" w:rsidR="000F04DD" w:rsidRDefault="00B84655">
      <w:r>
        <w:t>Slaap (uren + kwaliteit 0–10): _________________________________</w:t>
      </w:r>
    </w:p>
    <w:p w14:paraId="1E1BF3DE" w14:textId="77777777" w:rsidR="000F04DD" w:rsidRDefault="00B84655">
      <w:r>
        <w:br w:type="page"/>
      </w:r>
    </w:p>
    <w:p w14:paraId="31674019" w14:textId="77777777" w:rsidR="000F04DD" w:rsidRDefault="00B84655">
      <w:pPr>
        <w:pStyle w:val="Kop2"/>
      </w:pPr>
      <w:r>
        <w:lastRenderedPageBreak/>
        <w:t>Dag 3 (weekenddag) – Datum: ____ / ____ / 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63"/>
        <w:gridCol w:w="798"/>
        <w:gridCol w:w="795"/>
        <w:gridCol w:w="879"/>
        <w:gridCol w:w="689"/>
        <w:gridCol w:w="689"/>
        <w:gridCol w:w="1650"/>
        <w:gridCol w:w="1277"/>
      </w:tblGrid>
      <w:tr w:rsidR="000F04DD" w14:paraId="1B8F695B" w14:textId="77777777">
        <w:tc>
          <w:tcPr>
            <w:tcW w:w="1080" w:type="dxa"/>
          </w:tcPr>
          <w:p w14:paraId="6112DE9D" w14:textId="77777777" w:rsidR="000F04DD" w:rsidRDefault="00B84655">
            <w:r>
              <w:t>Tijd</w:t>
            </w:r>
          </w:p>
        </w:tc>
        <w:tc>
          <w:tcPr>
            <w:tcW w:w="1080" w:type="dxa"/>
          </w:tcPr>
          <w:p w14:paraId="2BF31D94" w14:textId="77777777" w:rsidR="000F04DD" w:rsidRDefault="00B84655">
            <w:r>
              <w:t>Wat at/dronk je?</w:t>
            </w:r>
          </w:p>
        </w:tc>
        <w:tc>
          <w:tcPr>
            <w:tcW w:w="1080" w:type="dxa"/>
          </w:tcPr>
          <w:p w14:paraId="28C289DD" w14:textId="77777777" w:rsidR="000F04DD" w:rsidRDefault="00B84655">
            <w:r>
              <w:t>Hoeveel?</w:t>
            </w:r>
          </w:p>
        </w:tc>
        <w:tc>
          <w:tcPr>
            <w:tcW w:w="1080" w:type="dxa"/>
          </w:tcPr>
          <w:p w14:paraId="4A2FA79F" w14:textId="77777777" w:rsidR="000F04DD" w:rsidRDefault="00B84655">
            <w:r>
              <w:t>Waar/Met wie?</w:t>
            </w:r>
          </w:p>
        </w:tc>
        <w:tc>
          <w:tcPr>
            <w:tcW w:w="1080" w:type="dxa"/>
          </w:tcPr>
          <w:p w14:paraId="213E4B6A" w14:textId="77777777" w:rsidR="000F04DD" w:rsidRDefault="00B84655">
            <w:r>
              <w:t>Honger vóór (0–10)</w:t>
            </w:r>
          </w:p>
        </w:tc>
        <w:tc>
          <w:tcPr>
            <w:tcW w:w="1080" w:type="dxa"/>
          </w:tcPr>
          <w:p w14:paraId="6DDFF460" w14:textId="77777777" w:rsidR="000F04DD" w:rsidRDefault="00B84655">
            <w:r>
              <w:t>Honger na (0–10)</w:t>
            </w:r>
          </w:p>
        </w:tc>
        <w:tc>
          <w:tcPr>
            <w:tcW w:w="1080" w:type="dxa"/>
          </w:tcPr>
          <w:p w14:paraId="43AF0308" w14:textId="77777777" w:rsidR="000F04DD" w:rsidRDefault="00B84655">
            <w:r>
              <w:t>Gevoel/energie/stress (0–10)</w:t>
            </w:r>
          </w:p>
        </w:tc>
        <w:tc>
          <w:tcPr>
            <w:tcW w:w="1080" w:type="dxa"/>
          </w:tcPr>
          <w:p w14:paraId="2C1422FF" w14:textId="77777777" w:rsidR="000F04DD" w:rsidRDefault="00B84655">
            <w:r>
              <w:t>Opmerking (trek, cravings, emoties, bijzonderheden)</w:t>
            </w:r>
          </w:p>
        </w:tc>
      </w:tr>
      <w:tr w:rsidR="000F04DD" w14:paraId="4C871751" w14:textId="77777777">
        <w:tc>
          <w:tcPr>
            <w:tcW w:w="1080" w:type="dxa"/>
          </w:tcPr>
          <w:p w14:paraId="67C97DEE" w14:textId="77777777" w:rsidR="000F04DD" w:rsidRDefault="00B84655">
            <w:r>
              <w:t>Ontbijt</w:t>
            </w:r>
          </w:p>
        </w:tc>
        <w:tc>
          <w:tcPr>
            <w:tcW w:w="1080" w:type="dxa"/>
          </w:tcPr>
          <w:p w14:paraId="37F1044E" w14:textId="77777777" w:rsidR="000F04DD" w:rsidRDefault="000F04DD"/>
        </w:tc>
        <w:tc>
          <w:tcPr>
            <w:tcW w:w="1080" w:type="dxa"/>
          </w:tcPr>
          <w:p w14:paraId="343EECF1" w14:textId="77777777" w:rsidR="000F04DD" w:rsidRDefault="000F04DD"/>
        </w:tc>
        <w:tc>
          <w:tcPr>
            <w:tcW w:w="1080" w:type="dxa"/>
          </w:tcPr>
          <w:p w14:paraId="6D14B3C3" w14:textId="77777777" w:rsidR="000F04DD" w:rsidRDefault="000F04DD"/>
        </w:tc>
        <w:tc>
          <w:tcPr>
            <w:tcW w:w="1080" w:type="dxa"/>
          </w:tcPr>
          <w:p w14:paraId="4E41345A" w14:textId="77777777" w:rsidR="000F04DD" w:rsidRDefault="000F04DD"/>
        </w:tc>
        <w:tc>
          <w:tcPr>
            <w:tcW w:w="1080" w:type="dxa"/>
          </w:tcPr>
          <w:p w14:paraId="36824BEB" w14:textId="77777777" w:rsidR="000F04DD" w:rsidRDefault="000F04DD"/>
        </w:tc>
        <w:tc>
          <w:tcPr>
            <w:tcW w:w="1080" w:type="dxa"/>
          </w:tcPr>
          <w:p w14:paraId="3FA74D70" w14:textId="77777777" w:rsidR="000F04DD" w:rsidRDefault="000F04DD"/>
        </w:tc>
        <w:tc>
          <w:tcPr>
            <w:tcW w:w="1080" w:type="dxa"/>
          </w:tcPr>
          <w:p w14:paraId="10529E14" w14:textId="77777777" w:rsidR="000F04DD" w:rsidRDefault="000F04DD"/>
        </w:tc>
      </w:tr>
      <w:tr w:rsidR="000F04DD" w14:paraId="66180F64" w14:textId="77777777">
        <w:tc>
          <w:tcPr>
            <w:tcW w:w="1080" w:type="dxa"/>
          </w:tcPr>
          <w:p w14:paraId="75966526" w14:textId="77777777" w:rsidR="000F04DD" w:rsidRDefault="00B84655">
            <w:r>
              <w:t>Tussendoor</w:t>
            </w:r>
          </w:p>
        </w:tc>
        <w:tc>
          <w:tcPr>
            <w:tcW w:w="1080" w:type="dxa"/>
          </w:tcPr>
          <w:p w14:paraId="25B36422" w14:textId="77777777" w:rsidR="000F04DD" w:rsidRDefault="000F04DD"/>
        </w:tc>
        <w:tc>
          <w:tcPr>
            <w:tcW w:w="1080" w:type="dxa"/>
          </w:tcPr>
          <w:p w14:paraId="6E15339B" w14:textId="77777777" w:rsidR="000F04DD" w:rsidRDefault="000F04DD"/>
        </w:tc>
        <w:tc>
          <w:tcPr>
            <w:tcW w:w="1080" w:type="dxa"/>
          </w:tcPr>
          <w:p w14:paraId="3E69B78C" w14:textId="77777777" w:rsidR="000F04DD" w:rsidRDefault="000F04DD"/>
        </w:tc>
        <w:tc>
          <w:tcPr>
            <w:tcW w:w="1080" w:type="dxa"/>
          </w:tcPr>
          <w:p w14:paraId="78B3419C" w14:textId="77777777" w:rsidR="000F04DD" w:rsidRDefault="000F04DD"/>
        </w:tc>
        <w:tc>
          <w:tcPr>
            <w:tcW w:w="1080" w:type="dxa"/>
          </w:tcPr>
          <w:p w14:paraId="0FE8F004" w14:textId="77777777" w:rsidR="000F04DD" w:rsidRDefault="000F04DD"/>
        </w:tc>
        <w:tc>
          <w:tcPr>
            <w:tcW w:w="1080" w:type="dxa"/>
          </w:tcPr>
          <w:p w14:paraId="764C841E" w14:textId="77777777" w:rsidR="000F04DD" w:rsidRDefault="000F04DD"/>
        </w:tc>
        <w:tc>
          <w:tcPr>
            <w:tcW w:w="1080" w:type="dxa"/>
          </w:tcPr>
          <w:p w14:paraId="70757BB7" w14:textId="77777777" w:rsidR="000F04DD" w:rsidRDefault="000F04DD"/>
        </w:tc>
      </w:tr>
      <w:tr w:rsidR="000F04DD" w14:paraId="540ED4F8" w14:textId="77777777">
        <w:tc>
          <w:tcPr>
            <w:tcW w:w="1080" w:type="dxa"/>
          </w:tcPr>
          <w:p w14:paraId="44136F88" w14:textId="77777777" w:rsidR="000F04DD" w:rsidRDefault="00B84655">
            <w:r>
              <w:t>Lunch</w:t>
            </w:r>
          </w:p>
        </w:tc>
        <w:tc>
          <w:tcPr>
            <w:tcW w:w="1080" w:type="dxa"/>
          </w:tcPr>
          <w:p w14:paraId="38AA8614" w14:textId="77777777" w:rsidR="000F04DD" w:rsidRDefault="000F04DD"/>
        </w:tc>
        <w:tc>
          <w:tcPr>
            <w:tcW w:w="1080" w:type="dxa"/>
          </w:tcPr>
          <w:p w14:paraId="00E686A9" w14:textId="77777777" w:rsidR="000F04DD" w:rsidRDefault="000F04DD"/>
        </w:tc>
        <w:tc>
          <w:tcPr>
            <w:tcW w:w="1080" w:type="dxa"/>
          </w:tcPr>
          <w:p w14:paraId="26C8A942" w14:textId="77777777" w:rsidR="000F04DD" w:rsidRDefault="000F04DD"/>
        </w:tc>
        <w:tc>
          <w:tcPr>
            <w:tcW w:w="1080" w:type="dxa"/>
          </w:tcPr>
          <w:p w14:paraId="7B1214BA" w14:textId="77777777" w:rsidR="000F04DD" w:rsidRDefault="000F04DD"/>
        </w:tc>
        <w:tc>
          <w:tcPr>
            <w:tcW w:w="1080" w:type="dxa"/>
          </w:tcPr>
          <w:p w14:paraId="7FB22169" w14:textId="77777777" w:rsidR="000F04DD" w:rsidRDefault="000F04DD"/>
        </w:tc>
        <w:tc>
          <w:tcPr>
            <w:tcW w:w="1080" w:type="dxa"/>
          </w:tcPr>
          <w:p w14:paraId="6FB8A8B6" w14:textId="77777777" w:rsidR="000F04DD" w:rsidRDefault="000F04DD"/>
        </w:tc>
        <w:tc>
          <w:tcPr>
            <w:tcW w:w="1080" w:type="dxa"/>
          </w:tcPr>
          <w:p w14:paraId="1A2D39CB" w14:textId="77777777" w:rsidR="000F04DD" w:rsidRDefault="000F04DD"/>
        </w:tc>
      </w:tr>
      <w:tr w:rsidR="000F04DD" w14:paraId="6826C956" w14:textId="77777777">
        <w:tc>
          <w:tcPr>
            <w:tcW w:w="1080" w:type="dxa"/>
          </w:tcPr>
          <w:p w14:paraId="580D1F16" w14:textId="77777777" w:rsidR="000F04DD" w:rsidRDefault="00B84655">
            <w:r>
              <w:t>Tussendoor</w:t>
            </w:r>
          </w:p>
        </w:tc>
        <w:tc>
          <w:tcPr>
            <w:tcW w:w="1080" w:type="dxa"/>
          </w:tcPr>
          <w:p w14:paraId="0A6E658A" w14:textId="77777777" w:rsidR="000F04DD" w:rsidRDefault="000F04DD"/>
        </w:tc>
        <w:tc>
          <w:tcPr>
            <w:tcW w:w="1080" w:type="dxa"/>
          </w:tcPr>
          <w:p w14:paraId="483A0ABE" w14:textId="77777777" w:rsidR="000F04DD" w:rsidRDefault="000F04DD"/>
        </w:tc>
        <w:tc>
          <w:tcPr>
            <w:tcW w:w="1080" w:type="dxa"/>
          </w:tcPr>
          <w:p w14:paraId="75BAE9EC" w14:textId="77777777" w:rsidR="000F04DD" w:rsidRDefault="000F04DD"/>
        </w:tc>
        <w:tc>
          <w:tcPr>
            <w:tcW w:w="1080" w:type="dxa"/>
          </w:tcPr>
          <w:p w14:paraId="1EACE6D7" w14:textId="77777777" w:rsidR="000F04DD" w:rsidRDefault="000F04DD"/>
        </w:tc>
        <w:tc>
          <w:tcPr>
            <w:tcW w:w="1080" w:type="dxa"/>
          </w:tcPr>
          <w:p w14:paraId="6A20935B" w14:textId="77777777" w:rsidR="000F04DD" w:rsidRDefault="000F04DD"/>
        </w:tc>
        <w:tc>
          <w:tcPr>
            <w:tcW w:w="1080" w:type="dxa"/>
          </w:tcPr>
          <w:p w14:paraId="7EC1EE4F" w14:textId="77777777" w:rsidR="000F04DD" w:rsidRDefault="000F04DD"/>
        </w:tc>
        <w:tc>
          <w:tcPr>
            <w:tcW w:w="1080" w:type="dxa"/>
          </w:tcPr>
          <w:p w14:paraId="70E04E3F" w14:textId="77777777" w:rsidR="000F04DD" w:rsidRDefault="000F04DD"/>
        </w:tc>
      </w:tr>
      <w:tr w:rsidR="000F04DD" w14:paraId="599F0EF7" w14:textId="77777777">
        <w:tc>
          <w:tcPr>
            <w:tcW w:w="1080" w:type="dxa"/>
          </w:tcPr>
          <w:p w14:paraId="3306CB39" w14:textId="77777777" w:rsidR="000F04DD" w:rsidRDefault="00B84655">
            <w:r>
              <w:t>Diner</w:t>
            </w:r>
          </w:p>
        </w:tc>
        <w:tc>
          <w:tcPr>
            <w:tcW w:w="1080" w:type="dxa"/>
          </w:tcPr>
          <w:p w14:paraId="26AF2186" w14:textId="77777777" w:rsidR="000F04DD" w:rsidRDefault="000F04DD"/>
        </w:tc>
        <w:tc>
          <w:tcPr>
            <w:tcW w:w="1080" w:type="dxa"/>
          </w:tcPr>
          <w:p w14:paraId="27A5E706" w14:textId="77777777" w:rsidR="000F04DD" w:rsidRDefault="000F04DD"/>
        </w:tc>
        <w:tc>
          <w:tcPr>
            <w:tcW w:w="1080" w:type="dxa"/>
          </w:tcPr>
          <w:p w14:paraId="229CA6C0" w14:textId="77777777" w:rsidR="000F04DD" w:rsidRDefault="000F04DD"/>
        </w:tc>
        <w:tc>
          <w:tcPr>
            <w:tcW w:w="1080" w:type="dxa"/>
          </w:tcPr>
          <w:p w14:paraId="6EB5D7DB" w14:textId="77777777" w:rsidR="000F04DD" w:rsidRDefault="000F04DD"/>
        </w:tc>
        <w:tc>
          <w:tcPr>
            <w:tcW w:w="1080" w:type="dxa"/>
          </w:tcPr>
          <w:p w14:paraId="5126F108" w14:textId="77777777" w:rsidR="000F04DD" w:rsidRDefault="000F04DD"/>
        </w:tc>
        <w:tc>
          <w:tcPr>
            <w:tcW w:w="1080" w:type="dxa"/>
          </w:tcPr>
          <w:p w14:paraId="5DF99F23" w14:textId="77777777" w:rsidR="000F04DD" w:rsidRDefault="000F04DD"/>
        </w:tc>
        <w:tc>
          <w:tcPr>
            <w:tcW w:w="1080" w:type="dxa"/>
          </w:tcPr>
          <w:p w14:paraId="4C5AFCBF" w14:textId="77777777" w:rsidR="000F04DD" w:rsidRDefault="000F04DD"/>
        </w:tc>
      </w:tr>
      <w:tr w:rsidR="000F04DD" w14:paraId="207A27CD" w14:textId="77777777">
        <w:tc>
          <w:tcPr>
            <w:tcW w:w="1080" w:type="dxa"/>
          </w:tcPr>
          <w:p w14:paraId="460E02EE" w14:textId="77777777" w:rsidR="000F04DD" w:rsidRDefault="00B84655">
            <w:r>
              <w:t>Avond/snack</w:t>
            </w:r>
          </w:p>
        </w:tc>
        <w:tc>
          <w:tcPr>
            <w:tcW w:w="1080" w:type="dxa"/>
          </w:tcPr>
          <w:p w14:paraId="22933F34" w14:textId="77777777" w:rsidR="000F04DD" w:rsidRDefault="000F04DD"/>
        </w:tc>
        <w:tc>
          <w:tcPr>
            <w:tcW w:w="1080" w:type="dxa"/>
          </w:tcPr>
          <w:p w14:paraId="05EC6019" w14:textId="77777777" w:rsidR="000F04DD" w:rsidRDefault="000F04DD"/>
        </w:tc>
        <w:tc>
          <w:tcPr>
            <w:tcW w:w="1080" w:type="dxa"/>
          </w:tcPr>
          <w:p w14:paraId="582F4705" w14:textId="77777777" w:rsidR="000F04DD" w:rsidRDefault="000F04DD"/>
        </w:tc>
        <w:tc>
          <w:tcPr>
            <w:tcW w:w="1080" w:type="dxa"/>
          </w:tcPr>
          <w:p w14:paraId="28C45D8A" w14:textId="77777777" w:rsidR="000F04DD" w:rsidRDefault="000F04DD"/>
        </w:tc>
        <w:tc>
          <w:tcPr>
            <w:tcW w:w="1080" w:type="dxa"/>
          </w:tcPr>
          <w:p w14:paraId="10453EFE" w14:textId="77777777" w:rsidR="000F04DD" w:rsidRDefault="000F04DD"/>
        </w:tc>
        <w:tc>
          <w:tcPr>
            <w:tcW w:w="1080" w:type="dxa"/>
          </w:tcPr>
          <w:p w14:paraId="4B8E512B" w14:textId="77777777" w:rsidR="000F04DD" w:rsidRDefault="000F04DD"/>
        </w:tc>
        <w:tc>
          <w:tcPr>
            <w:tcW w:w="1080" w:type="dxa"/>
          </w:tcPr>
          <w:p w14:paraId="2DCCAF9F" w14:textId="77777777" w:rsidR="000F04DD" w:rsidRDefault="000F04DD"/>
        </w:tc>
      </w:tr>
      <w:tr w:rsidR="000F04DD" w14:paraId="4717EE83" w14:textId="77777777">
        <w:tc>
          <w:tcPr>
            <w:tcW w:w="1080" w:type="dxa"/>
          </w:tcPr>
          <w:p w14:paraId="0955B06D" w14:textId="77777777" w:rsidR="000F04DD" w:rsidRDefault="00B84655">
            <w:r>
              <w:t>Overig (koffie/thee/fris/alcohol)</w:t>
            </w:r>
          </w:p>
        </w:tc>
        <w:tc>
          <w:tcPr>
            <w:tcW w:w="1080" w:type="dxa"/>
          </w:tcPr>
          <w:p w14:paraId="375E0DFB" w14:textId="77777777" w:rsidR="000F04DD" w:rsidRDefault="000F04DD"/>
        </w:tc>
        <w:tc>
          <w:tcPr>
            <w:tcW w:w="1080" w:type="dxa"/>
          </w:tcPr>
          <w:p w14:paraId="2E4B1B7E" w14:textId="77777777" w:rsidR="000F04DD" w:rsidRDefault="000F04DD"/>
        </w:tc>
        <w:tc>
          <w:tcPr>
            <w:tcW w:w="1080" w:type="dxa"/>
          </w:tcPr>
          <w:p w14:paraId="126A8B4A" w14:textId="77777777" w:rsidR="000F04DD" w:rsidRDefault="000F04DD"/>
        </w:tc>
        <w:tc>
          <w:tcPr>
            <w:tcW w:w="1080" w:type="dxa"/>
          </w:tcPr>
          <w:p w14:paraId="1C6E598C" w14:textId="77777777" w:rsidR="000F04DD" w:rsidRDefault="000F04DD"/>
        </w:tc>
        <w:tc>
          <w:tcPr>
            <w:tcW w:w="1080" w:type="dxa"/>
          </w:tcPr>
          <w:p w14:paraId="506E0429" w14:textId="77777777" w:rsidR="000F04DD" w:rsidRDefault="000F04DD"/>
        </w:tc>
        <w:tc>
          <w:tcPr>
            <w:tcW w:w="1080" w:type="dxa"/>
          </w:tcPr>
          <w:p w14:paraId="27A26A7E" w14:textId="77777777" w:rsidR="000F04DD" w:rsidRDefault="000F04DD"/>
        </w:tc>
        <w:tc>
          <w:tcPr>
            <w:tcW w:w="1080" w:type="dxa"/>
          </w:tcPr>
          <w:p w14:paraId="1CDC3632" w14:textId="77777777" w:rsidR="000F04DD" w:rsidRDefault="000F04DD"/>
        </w:tc>
      </w:tr>
    </w:tbl>
    <w:p w14:paraId="7C25E2F7" w14:textId="77777777" w:rsidR="000F04DD" w:rsidRDefault="00B84655">
      <w:r>
        <w:t>Beweging (kort): ________________________________________________</w:t>
      </w:r>
    </w:p>
    <w:p w14:paraId="54811397" w14:textId="77777777" w:rsidR="000F04DD" w:rsidRDefault="00B84655">
      <w:r>
        <w:t>Slaap (uren + kwaliteit 0–10): _________________________________</w:t>
      </w:r>
    </w:p>
    <w:p w14:paraId="76D97D6A" w14:textId="77777777" w:rsidR="000F04DD" w:rsidRDefault="00B84655">
      <w:r>
        <w:br w:type="page"/>
      </w:r>
    </w:p>
    <w:p w14:paraId="10AD4B7D" w14:textId="77777777" w:rsidR="000F04DD" w:rsidRDefault="00B84655">
      <w:pPr>
        <w:pStyle w:val="Kop2"/>
      </w:pPr>
      <w:r>
        <w:lastRenderedPageBreak/>
        <w:t>Extra (optioneel)</w:t>
      </w:r>
    </w:p>
    <w:p w14:paraId="6335B72D" w14:textId="77777777" w:rsidR="000F04DD" w:rsidRDefault="00B84655">
      <w:r>
        <w:t>Wat viel je op deze 3 dagen? ______________________________________</w:t>
      </w:r>
    </w:p>
    <w:p w14:paraId="1EC11F1A" w14:textId="77777777" w:rsidR="000F04DD" w:rsidRDefault="00B84655">
      <w:r>
        <w:t>Wanneer had je de meeste trek? ____________________________________</w:t>
      </w:r>
    </w:p>
    <w:p w14:paraId="71D2F58B" w14:textId="77777777" w:rsidR="000F04DD" w:rsidRDefault="00B84655">
      <w:r>
        <w:t>Wat werkte juist goed? ____________________________________________</w:t>
      </w:r>
    </w:p>
    <w:sectPr w:rsidR="000F04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0026141">
    <w:abstractNumId w:val="8"/>
  </w:num>
  <w:num w:numId="2" w16cid:durableId="1621565246">
    <w:abstractNumId w:val="6"/>
  </w:num>
  <w:num w:numId="3" w16cid:durableId="1569878355">
    <w:abstractNumId w:val="5"/>
  </w:num>
  <w:num w:numId="4" w16cid:durableId="1810778188">
    <w:abstractNumId w:val="4"/>
  </w:num>
  <w:num w:numId="5" w16cid:durableId="1280188237">
    <w:abstractNumId w:val="7"/>
  </w:num>
  <w:num w:numId="6" w16cid:durableId="37827214">
    <w:abstractNumId w:val="3"/>
  </w:num>
  <w:num w:numId="7" w16cid:durableId="131099539">
    <w:abstractNumId w:val="2"/>
  </w:num>
  <w:num w:numId="8" w16cid:durableId="1682657353">
    <w:abstractNumId w:val="1"/>
  </w:num>
  <w:num w:numId="9" w16cid:durableId="19027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4DD"/>
    <w:rsid w:val="0015074B"/>
    <w:rsid w:val="0029639D"/>
    <w:rsid w:val="00326F90"/>
    <w:rsid w:val="003640CD"/>
    <w:rsid w:val="00A2217A"/>
    <w:rsid w:val="00AA1D8D"/>
    <w:rsid w:val="00B47730"/>
    <w:rsid w:val="00B84655"/>
    <w:rsid w:val="00BB09F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58691"/>
  <w14:defaultImageDpi w14:val="300"/>
  <w15:docId w15:val="{9123C03C-1FF3-4A68-B27B-CB34CDB5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Trudy Zonderop</cp:lastModifiedBy>
  <cp:revision>2</cp:revision>
  <dcterms:created xsi:type="dcterms:W3CDTF">2026-08-13T13:46:00Z</dcterms:created>
  <dcterms:modified xsi:type="dcterms:W3CDTF">2026-08-13T13:46:00Z</dcterms:modified>
  <cp:category/>
</cp:coreProperties>
</file>